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1D968" w14:textId="7CF1ED3F" w:rsidR="00C0097E" w:rsidRPr="001D7CBF" w:rsidRDefault="00FF3EAF">
      <w:pPr>
        <w:pStyle w:val="Titolo"/>
        <w:rPr>
          <w:lang w:val="it-IT"/>
        </w:rPr>
      </w:pPr>
      <w:r>
        <w:rPr>
          <w:b w:val="0"/>
          <w:lang w:val="it-IT"/>
        </w:rPr>
        <w:t xml:space="preserve">MODELLO DI </w:t>
      </w:r>
      <w:r w:rsidR="003F1CCD" w:rsidRPr="001D7CBF">
        <w:rPr>
          <w:b w:val="0"/>
          <w:lang w:val="it-IT"/>
        </w:rPr>
        <w:t>VERBALE DI RICONSEGNA IMMOBILE</w:t>
      </w:r>
      <w:r w:rsidR="001D7CBF">
        <w:rPr>
          <w:b w:val="0"/>
          <w:noProof/>
        </w:rPr>
        <w:drawing>
          <wp:anchor distT="0" distB="0" distL="114300" distR="114300" simplePos="0" relativeHeight="251658240" behindDoc="0" locked="0" layoutInCell="1" allowOverlap="1" wp14:anchorId="29F8E7B3" wp14:editId="63F1544D">
            <wp:simplePos x="4000500" y="603250"/>
            <wp:positionH relativeFrom="margin">
              <wp:align>right</wp:align>
            </wp:positionH>
            <wp:positionV relativeFrom="margin">
              <wp:align>top</wp:align>
            </wp:positionV>
            <wp:extent cx="1254125" cy="376555"/>
            <wp:effectExtent l="0" t="0" r="3175" b="4445"/>
            <wp:wrapSquare wrapText="bothSides"/>
            <wp:docPr id="127905378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053788" name="Immagine 127905378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54125" cy="376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0E4812" w14:textId="19B47F50" w:rsidR="00C0097E" w:rsidRPr="001D7CBF" w:rsidRDefault="003F1CCD">
      <w:pPr>
        <w:rPr>
          <w:lang w:val="it-IT"/>
        </w:rPr>
      </w:pPr>
      <w:r w:rsidRPr="001D7CBF">
        <w:rPr>
          <w:sz w:val="16"/>
          <w:lang w:val="it-IT"/>
        </w:rPr>
        <w:t xml:space="preserve">Fac-simile </w:t>
      </w:r>
      <w:r w:rsidR="00B34BB8">
        <w:rPr>
          <w:sz w:val="16"/>
          <w:lang w:val="it-IT"/>
        </w:rPr>
        <w:t xml:space="preserve">di esempio </w:t>
      </w:r>
      <w:r w:rsidRPr="001D7CBF">
        <w:rPr>
          <w:sz w:val="16"/>
          <w:lang w:val="it-IT"/>
        </w:rPr>
        <w:t>per la restituzione di un immobile abitativo al termine della locazione</w:t>
      </w:r>
    </w:p>
    <w:p w14:paraId="6BEF937B" w14:textId="77777777" w:rsidR="00C0097E" w:rsidRPr="00B34BB8" w:rsidRDefault="003F1CCD">
      <w:pPr>
        <w:rPr>
          <w:i/>
          <w:iCs/>
          <w:lang w:val="it-IT"/>
        </w:rPr>
      </w:pPr>
      <w:r w:rsidRPr="00B34BB8">
        <w:rPr>
          <w:i/>
          <w:iCs/>
          <w:sz w:val="16"/>
          <w:lang w:val="it-IT"/>
        </w:rPr>
        <w:t>Compilare le opzioni applicabili, barrare quelle non pertinenti e allegare fotografie o inventario quando necessario.</w:t>
      </w:r>
    </w:p>
    <w:p w14:paraId="60F9D7AF" w14:textId="77777777" w:rsidR="00C0097E" w:rsidRDefault="003F1CCD">
      <w:pPr>
        <w:pStyle w:val="Titolo1"/>
      </w:pPr>
      <w:r>
        <w:t>1. Parti e riferimenti del contratto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909"/>
        <w:gridCol w:w="6984"/>
      </w:tblGrid>
      <w:tr w:rsidR="00C0097E" w:rsidRPr="00FF3EAF" w14:paraId="15AEAFF2" w14:textId="77777777">
        <w:trPr>
          <w:cantSplit/>
        </w:trPr>
        <w:tc>
          <w:tcPr>
            <w:tcW w:w="2909" w:type="dxa"/>
            <w:shd w:val="clear" w:color="auto" w:fill="F2F5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BD4341B" w14:textId="77777777" w:rsidR="00C0097E" w:rsidRDefault="003F1CCD">
            <w:pPr>
              <w:spacing w:before="20" w:after="0"/>
            </w:pPr>
            <w:r>
              <w:rPr>
                <w:b/>
                <w:sz w:val="17"/>
              </w:rPr>
              <w:t>Locatore / rappresentante</w:t>
            </w:r>
          </w:p>
        </w:tc>
        <w:tc>
          <w:tcPr>
            <w:tcW w:w="698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6DFE05A" w14:textId="77777777" w:rsidR="00C0097E" w:rsidRPr="001D7CBF" w:rsidRDefault="003F1CCD">
            <w:pPr>
              <w:spacing w:before="20" w:after="0"/>
              <w:rPr>
                <w:lang w:val="it-IT"/>
              </w:rPr>
            </w:pPr>
            <w:r w:rsidRPr="001D7CBF">
              <w:rPr>
                <w:sz w:val="17"/>
                <w:lang w:val="it-IT"/>
              </w:rPr>
              <w:t>Nome e cognome: _________________________________________</w:t>
            </w:r>
            <w:proofErr w:type="gramStart"/>
            <w:r w:rsidRPr="001D7CBF">
              <w:rPr>
                <w:sz w:val="17"/>
                <w:lang w:val="it-IT"/>
              </w:rPr>
              <w:t>_  C.F.</w:t>
            </w:r>
            <w:proofErr w:type="gramEnd"/>
            <w:r w:rsidRPr="001D7CBF">
              <w:rPr>
                <w:sz w:val="17"/>
                <w:lang w:val="it-IT"/>
              </w:rPr>
              <w:t>: ______________________________</w:t>
            </w:r>
          </w:p>
        </w:tc>
      </w:tr>
      <w:tr w:rsidR="00C0097E" w:rsidRPr="00FF3EAF" w14:paraId="7DE1426E" w14:textId="77777777">
        <w:trPr>
          <w:cantSplit/>
        </w:trPr>
        <w:tc>
          <w:tcPr>
            <w:tcW w:w="2909" w:type="dxa"/>
            <w:shd w:val="clear" w:color="auto" w:fill="F2F5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9A082D2" w14:textId="77777777" w:rsidR="00C0097E" w:rsidRDefault="003F1CCD">
            <w:pPr>
              <w:spacing w:before="20" w:after="0"/>
            </w:pPr>
            <w:proofErr w:type="spellStart"/>
            <w:r>
              <w:rPr>
                <w:b/>
                <w:sz w:val="17"/>
              </w:rPr>
              <w:t>Conduttore</w:t>
            </w:r>
            <w:proofErr w:type="spellEnd"/>
            <w:r>
              <w:rPr>
                <w:b/>
                <w:sz w:val="17"/>
              </w:rPr>
              <w:t xml:space="preserve"> / </w:t>
            </w:r>
            <w:proofErr w:type="spellStart"/>
            <w:r>
              <w:rPr>
                <w:b/>
                <w:sz w:val="17"/>
              </w:rPr>
              <w:t>rappresentante</w:t>
            </w:r>
            <w:proofErr w:type="spellEnd"/>
          </w:p>
        </w:tc>
        <w:tc>
          <w:tcPr>
            <w:tcW w:w="698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DC79D10" w14:textId="77777777" w:rsidR="00C0097E" w:rsidRPr="001D7CBF" w:rsidRDefault="003F1CCD">
            <w:pPr>
              <w:spacing w:before="20" w:after="0"/>
              <w:rPr>
                <w:lang w:val="it-IT"/>
              </w:rPr>
            </w:pPr>
            <w:r w:rsidRPr="001D7CBF">
              <w:rPr>
                <w:sz w:val="17"/>
                <w:lang w:val="it-IT"/>
              </w:rPr>
              <w:t>Nome e cognome: _________________________________________</w:t>
            </w:r>
            <w:proofErr w:type="gramStart"/>
            <w:r w:rsidRPr="001D7CBF">
              <w:rPr>
                <w:sz w:val="17"/>
                <w:lang w:val="it-IT"/>
              </w:rPr>
              <w:t>_  C.F.</w:t>
            </w:r>
            <w:proofErr w:type="gramEnd"/>
            <w:r w:rsidRPr="001D7CBF">
              <w:rPr>
                <w:sz w:val="17"/>
                <w:lang w:val="it-IT"/>
              </w:rPr>
              <w:t>: ______________________________</w:t>
            </w:r>
          </w:p>
        </w:tc>
      </w:tr>
      <w:tr w:rsidR="00C0097E" w14:paraId="703FFDE6" w14:textId="77777777">
        <w:trPr>
          <w:cantSplit/>
        </w:trPr>
        <w:tc>
          <w:tcPr>
            <w:tcW w:w="2909" w:type="dxa"/>
            <w:shd w:val="clear" w:color="auto" w:fill="F2F5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5BE6B13" w14:textId="77777777" w:rsidR="00C0097E" w:rsidRDefault="003F1CCD">
            <w:pPr>
              <w:spacing w:before="20" w:after="0"/>
            </w:pPr>
            <w:r>
              <w:rPr>
                <w:b/>
                <w:sz w:val="17"/>
              </w:rPr>
              <w:t xml:space="preserve">Contratto di </w:t>
            </w:r>
            <w:proofErr w:type="spellStart"/>
            <w:r>
              <w:rPr>
                <w:b/>
                <w:sz w:val="17"/>
              </w:rPr>
              <w:t>locazione</w:t>
            </w:r>
            <w:proofErr w:type="spellEnd"/>
          </w:p>
        </w:tc>
        <w:tc>
          <w:tcPr>
            <w:tcW w:w="698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51E8E25" w14:textId="77777777" w:rsidR="00C0097E" w:rsidRDefault="003F1CCD">
            <w:pPr>
              <w:spacing w:before="20" w:after="0"/>
            </w:pPr>
            <w:r>
              <w:rPr>
                <w:sz w:val="17"/>
              </w:rPr>
              <w:t>Data: ___ / ___ / ______    Eventuale registrazione / estremi: ______________________________</w:t>
            </w:r>
          </w:p>
        </w:tc>
      </w:tr>
      <w:tr w:rsidR="00C0097E" w14:paraId="73873AF9" w14:textId="77777777">
        <w:trPr>
          <w:cantSplit/>
        </w:trPr>
        <w:tc>
          <w:tcPr>
            <w:tcW w:w="2909" w:type="dxa"/>
            <w:shd w:val="clear" w:color="auto" w:fill="F2F5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1FC664D" w14:textId="77777777" w:rsidR="00C0097E" w:rsidRDefault="003F1CCD">
            <w:pPr>
              <w:spacing w:before="20" w:after="0"/>
            </w:pPr>
            <w:r>
              <w:rPr>
                <w:b/>
                <w:sz w:val="17"/>
              </w:rPr>
              <w:t>Immobile riconsegnato</w:t>
            </w:r>
          </w:p>
        </w:tc>
        <w:tc>
          <w:tcPr>
            <w:tcW w:w="698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AED7AA8" w14:textId="77777777" w:rsidR="00C0097E" w:rsidRDefault="003F1CCD">
            <w:pPr>
              <w:spacing w:before="20" w:after="0"/>
            </w:pPr>
            <w:r>
              <w:rPr>
                <w:sz w:val="17"/>
              </w:rPr>
              <w:t>Comune: ______________________</w:t>
            </w:r>
            <w:proofErr w:type="gramStart"/>
            <w:r>
              <w:rPr>
                <w:sz w:val="17"/>
              </w:rPr>
              <w:t>_  Via</w:t>
            </w:r>
            <w:proofErr w:type="gramEnd"/>
            <w:r>
              <w:rPr>
                <w:sz w:val="17"/>
              </w:rPr>
              <w:t>/Piazza: __________________________________________</w:t>
            </w:r>
          </w:p>
        </w:tc>
      </w:tr>
      <w:tr w:rsidR="00C0097E" w14:paraId="651F0EEC" w14:textId="77777777">
        <w:trPr>
          <w:cantSplit/>
        </w:trPr>
        <w:tc>
          <w:tcPr>
            <w:tcW w:w="2909" w:type="dxa"/>
            <w:shd w:val="clear" w:color="auto" w:fill="F2F5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5EE4849" w14:textId="77777777" w:rsidR="00C0097E" w:rsidRDefault="003F1CCD">
            <w:pPr>
              <w:spacing w:before="20" w:after="0"/>
            </w:pPr>
            <w:r>
              <w:rPr>
                <w:b/>
                <w:sz w:val="17"/>
              </w:rPr>
              <w:t>Identificazione</w:t>
            </w:r>
          </w:p>
        </w:tc>
        <w:tc>
          <w:tcPr>
            <w:tcW w:w="698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157ECAA" w14:textId="77777777" w:rsidR="00C0097E" w:rsidRDefault="003F1CCD">
            <w:pPr>
              <w:spacing w:before="20" w:after="0"/>
            </w:pPr>
            <w:r>
              <w:rPr>
                <w:sz w:val="17"/>
              </w:rPr>
              <w:t>N.: _____</w:t>
            </w:r>
            <w:proofErr w:type="gramStart"/>
            <w:r>
              <w:rPr>
                <w:sz w:val="17"/>
              </w:rPr>
              <w:t>_  Piano</w:t>
            </w:r>
            <w:proofErr w:type="gramEnd"/>
            <w:r>
              <w:rPr>
                <w:sz w:val="17"/>
              </w:rPr>
              <w:t>: _____</w:t>
            </w:r>
            <w:proofErr w:type="gramStart"/>
            <w:r>
              <w:rPr>
                <w:sz w:val="17"/>
              </w:rPr>
              <w:t>_  Interno</w:t>
            </w:r>
            <w:proofErr w:type="gramEnd"/>
            <w:r>
              <w:rPr>
                <w:sz w:val="17"/>
              </w:rPr>
              <w:t>: _____</w:t>
            </w:r>
            <w:proofErr w:type="gramStart"/>
            <w:r>
              <w:rPr>
                <w:sz w:val="17"/>
              </w:rPr>
              <w:t>_  Pertinenze</w:t>
            </w:r>
            <w:proofErr w:type="gramEnd"/>
            <w:r>
              <w:rPr>
                <w:sz w:val="17"/>
              </w:rPr>
              <w:t>: __________________________________</w:t>
            </w:r>
          </w:p>
        </w:tc>
      </w:tr>
      <w:tr w:rsidR="00C0097E" w:rsidRPr="00FF3EAF" w14:paraId="7D643FC3" w14:textId="77777777">
        <w:trPr>
          <w:cantSplit/>
        </w:trPr>
        <w:tc>
          <w:tcPr>
            <w:tcW w:w="2909" w:type="dxa"/>
            <w:shd w:val="clear" w:color="auto" w:fill="F2F5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38C536A" w14:textId="77777777" w:rsidR="00C0097E" w:rsidRDefault="003F1CCD">
            <w:pPr>
              <w:spacing w:before="20" w:after="0"/>
            </w:pPr>
            <w:r>
              <w:rPr>
                <w:b/>
                <w:sz w:val="17"/>
              </w:rPr>
              <w:t>Data e ora sopralluogo</w:t>
            </w:r>
          </w:p>
        </w:tc>
        <w:tc>
          <w:tcPr>
            <w:tcW w:w="698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96907FC" w14:textId="77777777" w:rsidR="00C0097E" w:rsidRPr="001D7CBF" w:rsidRDefault="003F1CCD">
            <w:pPr>
              <w:spacing w:before="20" w:after="0"/>
              <w:rPr>
                <w:lang w:val="it-IT"/>
              </w:rPr>
            </w:pPr>
            <w:r w:rsidRPr="001D7CBF">
              <w:rPr>
                <w:sz w:val="17"/>
                <w:lang w:val="it-IT"/>
              </w:rPr>
              <w:t>Il giorno ___ / ___ / ______ alle ore _________ presso l’immobile sopra indicato.</w:t>
            </w:r>
          </w:p>
        </w:tc>
      </w:tr>
    </w:tbl>
    <w:p w14:paraId="09EF074A" w14:textId="77777777" w:rsidR="00C0097E" w:rsidRPr="001D7CBF" w:rsidRDefault="00C0097E">
      <w:pPr>
        <w:spacing w:after="0"/>
        <w:rPr>
          <w:lang w:val="it-IT"/>
        </w:rPr>
      </w:pPr>
    </w:p>
    <w:p w14:paraId="31F767A4" w14:textId="77777777" w:rsidR="00C0097E" w:rsidRPr="001D7CBF" w:rsidRDefault="003F1CCD">
      <w:pPr>
        <w:pStyle w:val="Titolo1"/>
        <w:rPr>
          <w:lang w:val="it-IT"/>
        </w:rPr>
      </w:pPr>
      <w:r w:rsidRPr="001D7CBF">
        <w:rPr>
          <w:lang w:val="it-IT"/>
        </w:rPr>
        <w:t>2. Consegna dell’immobile e delle chiavi</w:t>
      </w:r>
    </w:p>
    <w:p w14:paraId="7B4FDC89" w14:textId="77777777" w:rsidR="00C0097E" w:rsidRPr="001D7CBF" w:rsidRDefault="003F1CCD">
      <w:pPr>
        <w:rPr>
          <w:lang w:val="it-IT"/>
        </w:rPr>
      </w:pPr>
      <w:r w:rsidRPr="001D7CBF">
        <w:rPr>
          <w:lang w:val="it-IT"/>
        </w:rPr>
        <w:t>Le parti prendono atto che in data e ora sopra indicate avviene la seguente consegna materiale dell’immobile:</w:t>
      </w:r>
    </w:p>
    <w:p w14:paraId="41CC6B6E" w14:textId="77777777" w:rsidR="00C0097E" w:rsidRPr="001D7CBF" w:rsidRDefault="003F1CCD">
      <w:pPr>
        <w:ind w:left="173"/>
        <w:rPr>
          <w:lang w:val="it-IT"/>
        </w:rPr>
      </w:pPr>
      <w:proofErr w:type="gramStart"/>
      <w:r w:rsidRPr="001D7CBF">
        <w:rPr>
          <w:lang w:val="it-IT"/>
        </w:rPr>
        <w:t>[ ]</w:t>
      </w:r>
      <w:proofErr w:type="gramEnd"/>
      <w:r w:rsidRPr="001D7CBF">
        <w:rPr>
          <w:lang w:val="it-IT"/>
        </w:rPr>
        <w:t xml:space="preserve"> Immobile libero da persone e beni del conduttore, salvo quanto specificato nelle osservazioni.</w:t>
      </w:r>
    </w:p>
    <w:p w14:paraId="5A4237F2" w14:textId="77777777" w:rsidR="00C0097E" w:rsidRPr="001D7CBF" w:rsidRDefault="003F1CCD">
      <w:pPr>
        <w:ind w:left="173"/>
        <w:rPr>
          <w:lang w:val="it-IT"/>
        </w:rPr>
      </w:pPr>
      <w:proofErr w:type="gramStart"/>
      <w:r w:rsidRPr="001D7CBF">
        <w:rPr>
          <w:lang w:val="it-IT"/>
        </w:rPr>
        <w:t>[ ]</w:t>
      </w:r>
      <w:proofErr w:type="gramEnd"/>
      <w:r w:rsidRPr="001D7CBF">
        <w:rPr>
          <w:lang w:val="it-IT"/>
        </w:rPr>
        <w:t xml:space="preserve"> Immobile non interamente liberato: indicare beni presenti e accordi nelle osservazioni.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909"/>
        <w:gridCol w:w="6984"/>
      </w:tblGrid>
      <w:tr w:rsidR="00C0097E" w14:paraId="7E34941E" w14:textId="77777777">
        <w:trPr>
          <w:cantSplit/>
        </w:trPr>
        <w:tc>
          <w:tcPr>
            <w:tcW w:w="2909" w:type="dxa"/>
            <w:shd w:val="clear" w:color="auto" w:fill="F2F5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96928B7" w14:textId="77777777" w:rsidR="00C0097E" w:rsidRDefault="003F1CCD">
            <w:pPr>
              <w:spacing w:before="20" w:after="0"/>
            </w:pPr>
            <w:proofErr w:type="spellStart"/>
            <w:r>
              <w:rPr>
                <w:b/>
                <w:sz w:val="17"/>
              </w:rPr>
              <w:t>Chiavi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portone</w:t>
            </w:r>
            <w:proofErr w:type="spellEnd"/>
            <w:r>
              <w:rPr>
                <w:b/>
                <w:sz w:val="17"/>
              </w:rPr>
              <w:t xml:space="preserve"> / </w:t>
            </w:r>
            <w:proofErr w:type="spellStart"/>
            <w:r>
              <w:rPr>
                <w:b/>
                <w:sz w:val="17"/>
              </w:rPr>
              <w:t>ingresso</w:t>
            </w:r>
            <w:proofErr w:type="spellEnd"/>
          </w:p>
        </w:tc>
        <w:tc>
          <w:tcPr>
            <w:tcW w:w="698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24BBA3E" w14:textId="77777777" w:rsidR="00C0097E" w:rsidRDefault="003F1CCD">
            <w:pPr>
              <w:spacing w:before="20" w:after="0"/>
            </w:pPr>
            <w:r>
              <w:rPr>
                <w:sz w:val="17"/>
              </w:rPr>
              <w:t>N. _____</w:t>
            </w:r>
            <w:proofErr w:type="gramStart"/>
            <w:r>
              <w:rPr>
                <w:sz w:val="17"/>
              </w:rPr>
              <w:t>_  -</w:t>
            </w:r>
            <w:proofErr w:type="gramEnd"/>
            <w:r>
              <w:rPr>
                <w:sz w:val="17"/>
              </w:rPr>
              <w:t xml:space="preserve">  Note: _________________________________________________________</w:t>
            </w:r>
          </w:p>
        </w:tc>
      </w:tr>
      <w:tr w:rsidR="00C0097E" w14:paraId="431C26A0" w14:textId="77777777">
        <w:trPr>
          <w:cantSplit/>
        </w:trPr>
        <w:tc>
          <w:tcPr>
            <w:tcW w:w="2909" w:type="dxa"/>
            <w:shd w:val="clear" w:color="auto" w:fill="F2F5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2233A8F" w14:textId="77777777" w:rsidR="00C0097E" w:rsidRDefault="003F1CCD">
            <w:pPr>
              <w:spacing w:before="20" w:after="0"/>
            </w:pPr>
            <w:r>
              <w:rPr>
                <w:b/>
                <w:sz w:val="17"/>
              </w:rPr>
              <w:t>Chiavi appartamento</w:t>
            </w:r>
          </w:p>
        </w:tc>
        <w:tc>
          <w:tcPr>
            <w:tcW w:w="698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C8A5CEF" w14:textId="77777777" w:rsidR="00C0097E" w:rsidRDefault="003F1CCD">
            <w:pPr>
              <w:spacing w:before="20" w:after="0"/>
            </w:pPr>
            <w:r>
              <w:rPr>
                <w:sz w:val="17"/>
              </w:rPr>
              <w:t>N. _____</w:t>
            </w:r>
            <w:proofErr w:type="gramStart"/>
            <w:r>
              <w:rPr>
                <w:sz w:val="17"/>
              </w:rPr>
              <w:t>_  -</w:t>
            </w:r>
            <w:proofErr w:type="gramEnd"/>
            <w:r>
              <w:rPr>
                <w:sz w:val="17"/>
              </w:rPr>
              <w:t xml:space="preserve">  Note: _________________________________________________________</w:t>
            </w:r>
          </w:p>
        </w:tc>
      </w:tr>
      <w:tr w:rsidR="00C0097E" w:rsidRPr="00FF3EAF" w14:paraId="7C0B381B" w14:textId="77777777">
        <w:trPr>
          <w:cantSplit/>
        </w:trPr>
        <w:tc>
          <w:tcPr>
            <w:tcW w:w="2909" w:type="dxa"/>
            <w:shd w:val="clear" w:color="auto" w:fill="F2F5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A028DE3" w14:textId="77777777" w:rsidR="00C0097E" w:rsidRDefault="003F1CCD">
            <w:pPr>
              <w:spacing w:before="20" w:after="0"/>
            </w:pPr>
            <w:r>
              <w:rPr>
                <w:b/>
                <w:sz w:val="17"/>
              </w:rPr>
              <w:t>Altre chiavi / telecomandi</w:t>
            </w:r>
          </w:p>
        </w:tc>
        <w:tc>
          <w:tcPr>
            <w:tcW w:w="698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F09F510" w14:textId="77777777" w:rsidR="00C0097E" w:rsidRPr="001D7CBF" w:rsidRDefault="003F1CCD">
            <w:pPr>
              <w:spacing w:before="20" w:after="0"/>
              <w:rPr>
                <w:lang w:val="it-IT"/>
              </w:rPr>
            </w:pPr>
            <w:r w:rsidRPr="001D7CBF">
              <w:rPr>
                <w:sz w:val="17"/>
                <w:lang w:val="it-IT"/>
              </w:rPr>
              <w:t>N. _____</w:t>
            </w:r>
            <w:proofErr w:type="gramStart"/>
            <w:r w:rsidRPr="001D7CBF">
              <w:rPr>
                <w:sz w:val="17"/>
                <w:lang w:val="it-IT"/>
              </w:rPr>
              <w:t>_  -</w:t>
            </w:r>
            <w:proofErr w:type="gramEnd"/>
            <w:r w:rsidRPr="001D7CBF">
              <w:rPr>
                <w:sz w:val="17"/>
                <w:lang w:val="it-IT"/>
              </w:rPr>
              <w:t xml:space="preserve">  Tipo (box, cantina, cancello, ecc.): __________________________________</w:t>
            </w:r>
          </w:p>
        </w:tc>
      </w:tr>
      <w:tr w:rsidR="00C0097E" w:rsidRPr="00FF3EAF" w14:paraId="32913FBF" w14:textId="77777777">
        <w:trPr>
          <w:cantSplit/>
        </w:trPr>
        <w:tc>
          <w:tcPr>
            <w:tcW w:w="2909" w:type="dxa"/>
            <w:shd w:val="clear" w:color="auto" w:fill="F2F5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5746715" w14:textId="77777777" w:rsidR="00C0097E" w:rsidRDefault="003F1CCD">
            <w:pPr>
              <w:spacing w:before="20" w:after="0"/>
            </w:pPr>
            <w:proofErr w:type="spellStart"/>
            <w:r>
              <w:rPr>
                <w:b/>
                <w:sz w:val="17"/>
              </w:rPr>
              <w:t>Consegna</w:t>
            </w:r>
            <w:proofErr w:type="spellEnd"/>
            <w:r>
              <w:rPr>
                <w:b/>
                <w:sz w:val="17"/>
              </w:rPr>
              <w:t xml:space="preserve"> / </w:t>
            </w:r>
            <w:proofErr w:type="spellStart"/>
            <w:r>
              <w:rPr>
                <w:b/>
                <w:sz w:val="17"/>
              </w:rPr>
              <w:t>disponibilità</w:t>
            </w:r>
            <w:proofErr w:type="spellEnd"/>
          </w:p>
        </w:tc>
        <w:tc>
          <w:tcPr>
            <w:tcW w:w="698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DA37375" w14:textId="77777777" w:rsidR="00C0097E" w:rsidRPr="001D7CBF" w:rsidRDefault="003F1CCD">
            <w:pPr>
              <w:spacing w:before="20" w:after="0"/>
              <w:rPr>
                <w:lang w:val="it-IT"/>
              </w:rPr>
            </w:pPr>
            <w:proofErr w:type="gramStart"/>
            <w:r w:rsidRPr="001D7CBF">
              <w:rPr>
                <w:sz w:val="17"/>
                <w:lang w:val="it-IT"/>
              </w:rPr>
              <w:t>[ ]</w:t>
            </w:r>
            <w:proofErr w:type="gramEnd"/>
            <w:r w:rsidRPr="001D7CBF">
              <w:rPr>
                <w:sz w:val="17"/>
                <w:lang w:val="it-IT"/>
              </w:rPr>
              <w:t xml:space="preserve"> Tutte le chiavi restituite </w:t>
            </w:r>
            <w:proofErr w:type="gramStart"/>
            <w:r w:rsidRPr="001D7CBF">
              <w:rPr>
                <w:sz w:val="17"/>
                <w:lang w:val="it-IT"/>
              </w:rPr>
              <w:t xml:space="preserve">   [</w:t>
            </w:r>
            <w:proofErr w:type="gramEnd"/>
            <w:r w:rsidRPr="001D7CBF">
              <w:rPr>
                <w:sz w:val="17"/>
                <w:lang w:val="it-IT"/>
              </w:rPr>
              <w:t xml:space="preserve"> ] Restituzione parziale (specificare): _______________________</w:t>
            </w:r>
          </w:p>
        </w:tc>
      </w:tr>
    </w:tbl>
    <w:p w14:paraId="09476020" w14:textId="77777777" w:rsidR="00C0097E" w:rsidRPr="001D7CBF" w:rsidRDefault="00C0097E">
      <w:pPr>
        <w:spacing w:after="0"/>
        <w:rPr>
          <w:lang w:val="it-IT"/>
        </w:rPr>
      </w:pPr>
    </w:p>
    <w:p w14:paraId="123F6805" w14:textId="77777777" w:rsidR="00C0097E" w:rsidRPr="001D7CBF" w:rsidRDefault="003F1CCD">
      <w:pPr>
        <w:rPr>
          <w:lang w:val="it-IT"/>
        </w:rPr>
      </w:pPr>
      <w:r w:rsidRPr="001D7CBF">
        <w:rPr>
          <w:lang w:val="it-IT"/>
        </w:rPr>
        <w:t>Eventuali chiavi mancanti, impedimenti all’accesso o situazioni particolari: ____________________________________________</w:t>
      </w:r>
    </w:p>
    <w:p w14:paraId="25864ABB" w14:textId="77777777" w:rsidR="00C0097E" w:rsidRPr="001D7CBF" w:rsidRDefault="003F1CCD">
      <w:pPr>
        <w:rPr>
          <w:lang w:val="it-IT"/>
        </w:rPr>
      </w:pPr>
      <w:r w:rsidRPr="001D7CBF">
        <w:rPr>
          <w:lang w:val="it-IT"/>
        </w:rPr>
        <w:t>___________________________________________________________________________________________________</w:t>
      </w:r>
    </w:p>
    <w:p w14:paraId="2BEDA347" w14:textId="77777777" w:rsidR="00C0097E" w:rsidRPr="001D7CBF" w:rsidRDefault="003F1CCD">
      <w:pPr>
        <w:pStyle w:val="Titolo1"/>
        <w:rPr>
          <w:lang w:val="it-IT"/>
        </w:rPr>
      </w:pPr>
      <w:r w:rsidRPr="001D7CBF">
        <w:rPr>
          <w:lang w:val="it-IT"/>
        </w:rPr>
        <w:t>3. Esito della verifica dei locali</w:t>
      </w:r>
    </w:p>
    <w:p w14:paraId="569DAF3C" w14:textId="77777777" w:rsidR="00C0097E" w:rsidRPr="001D7CBF" w:rsidRDefault="003F1CCD">
      <w:pPr>
        <w:rPr>
          <w:lang w:val="it-IT"/>
        </w:rPr>
      </w:pPr>
      <w:r w:rsidRPr="001D7CBF">
        <w:rPr>
          <w:lang w:val="it-IT"/>
        </w:rPr>
        <w:t>La descrizione seguente riguarda le condizioni rilevate al momento del sopralluogo; eventuali difetti sono dettagliati nelle osservazioni e negli allegati.</w:t>
      </w:r>
    </w:p>
    <w:p w14:paraId="7A5885D5" w14:textId="77777777" w:rsidR="00C0097E" w:rsidRPr="001D7CBF" w:rsidRDefault="003F1CCD">
      <w:pPr>
        <w:ind w:left="173"/>
        <w:rPr>
          <w:lang w:val="it-IT"/>
        </w:rPr>
      </w:pPr>
      <w:proofErr w:type="gramStart"/>
      <w:r w:rsidRPr="001D7CBF">
        <w:rPr>
          <w:lang w:val="it-IT"/>
        </w:rPr>
        <w:t>[ ]</w:t>
      </w:r>
      <w:proofErr w:type="gramEnd"/>
      <w:r w:rsidRPr="001D7CBF">
        <w:rPr>
          <w:lang w:val="it-IT"/>
        </w:rPr>
        <w:t xml:space="preserve"> Stato verificato con sopralluogo congiunto.</w:t>
      </w:r>
    </w:p>
    <w:p w14:paraId="311331F1" w14:textId="77777777" w:rsidR="00C0097E" w:rsidRPr="001D7CBF" w:rsidRDefault="003F1CCD">
      <w:pPr>
        <w:ind w:left="173"/>
        <w:rPr>
          <w:lang w:val="it-IT"/>
        </w:rPr>
      </w:pPr>
      <w:proofErr w:type="gramStart"/>
      <w:r w:rsidRPr="001D7CBF">
        <w:rPr>
          <w:lang w:val="it-IT"/>
        </w:rPr>
        <w:t>[ ]</w:t>
      </w:r>
      <w:proofErr w:type="gramEnd"/>
      <w:r w:rsidRPr="001D7CBF">
        <w:rPr>
          <w:lang w:val="it-IT"/>
        </w:rPr>
        <w:t xml:space="preserve"> Verifica parziale o non completata: precisare quali locali o impianti non sono stati controllati.</w:t>
      </w:r>
    </w:p>
    <w:p w14:paraId="486FC43D" w14:textId="77777777" w:rsidR="00C0097E" w:rsidRPr="001D7CBF" w:rsidRDefault="003F1CCD">
      <w:pPr>
        <w:rPr>
          <w:lang w:val="it-IT"/>
        </w:rPr>
      </w:pPr>
      <w:r w:rsidRPr="001D7CBF">
        <w:rPr>
          <w:lang w:val="it-IT"/>
        </w:rPr>
        <w:br w:type="page"/>
      </w:r>
    </w:p>
    <w:p w14:paraId="02C84243" w14:textId="77777777" w:rsidR="00C0097E" w:rsidRPr="001D7CBF" w:rsidRDefault="003F1CCD">
      <w:pPr>
        <w:pStyle w:val="Titolo1"/>
        <w:rPr>
          <w:lang w:val="it-IT"/>
        </w:rPr>
      </w:pPr>
      <w:r w:rsidRPr="001D7CBF">
        <w:rPr>
          <w:lang w:val="it-IT"/>
        </w:rPr>
        <w:lastRenderedPageBreak/>
        <w:t>4. Stato di conservazione e dotazioni</w:t>
      </w:r>
    </w:p>
    <w:p w14:paraId="57A2BF9B" w14:textId="77777777" w:rsidR="00C0097E" w:rsidRDefault="003F1CCD">
      <w:r w:rsidRPr="001D7CBF">
        <w:rPr>
          <w:sz w:val="16"/>
          <w:lang w:val="it-IT"/>
        </w:rPr>
        <w:t xml:space="preserve">Per ogni voce annotare condizioni, anomalie e fotografie di riferimento. </w:t>
      </w:r>
      <w:proofErr w:type="spellStart"/>
      <w:r>
        <w:rPr>
          <w:sz w:val="16"/>
        </w:rPr>
        <w:t>Usare</w:t>
      </w:r>
      <w:proofErr w:type="spellEnd"/>
      <w:r>
        <w:rPr>
          <w:sz w:val="16"/>
        </w:rPr>
        <w:t xml:space="preserve"> “non </w:t>
      </w:r>
      <w:proofErr w:type="spellStart"/>
      <w:r>
        <w:rPr>
          <w:sz w:val="16"/>
        </w:rPr>
        <w:t>verificato</w:t>
      </w:r>
      <w:proofErr w:type="spellEnd"/>
      <w:r>
        <w:rPr>
          <w:sz w:val="16"/>
        </w:rPr>
        <w:t xml:space="preserve">” </w:t>
      </w:r>
      <w:proofErr w:type="spellStart"/>
      <w:r>
        <w:rPr>
          <w:sz w:val="16"/>
        </w:rPr>
        <w:t>quando</w:t>
      </w:r>
      <w:proofErr w:type="spellEnd"/>
      <w:r>
        <w:rPr>
          <w:sz w:val="16"/>
        </w:rPr>
        <w:t xml:space="preserve"> non si è potuto controllare.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68"/>
        <w:gridCol w:w="6696"/>
      </w:tblGrid>
      <w:tr w:rsidR="00C0097E" w14:paraId="53AC2811" w14:textId="77777777">
        <w:trPr>
          <w:cantSplit/>
        </w:trPr>
        <w:tc>
          <w:tcPr>
            <w:tcW w:w="3168" w:type="dxa"/>
            <w:shd w:val="clear" w:color="auto" w:fill="F2F5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99D9127" w14:textId="77777777" w:rsidR="00C0097E" w:rsidRDefault="003F1CCD">
            <w:pPr>
              <w:spacing w:before="20" w:after="0"/>
            </w:pPr>
            <w:r>
              <w:rPr>
                <w:b/>
                <w:sz w:val="17"/>
              </w:rPr>
              <w:t>Pareti, soffitti, pavimenti</w:t>
            </w:r>
          </w:p>
        </w:tc>
        <w:tc>
          <w:tcPr>
            <w:tcW w:w="6696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CD6489A" w14:textId="77777777" w:rsidR="00C0097E" w:rsidRDefault="003F1CCD">
            <w:pPr>
              <w:spacing w:before="20" w:after="0"/>
            </w:pPr>
            <w:r>
              <w:rPr>
                <w:sz w:val="17"/>
              </w:rPr>
              <w:t>________________________________________________________________________________</w:t>
            </w:r>
          </w:p>
        </w:tc>
      </w:tr>
      <w:tr w:rsidR="00C0097E" w14:paraId="6EF62200" w14:textId="77777777">
        <w:trPr>
          <w:cantSplit/>
        </w:trPr>
        <w:tc>
          <w:tcPr>
            <w:tcW w:w="3168" w:type="dxa"/>
            <w:shd w:val="clear" w:color="auto" w:fill="F2F5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89F224" w14:textId="77777777" w:rsidR="00C0097E" w:rsidRDefault="003F1CCD">
            <w:pPr>
              <w:spacing w:before="20" w:after="0"/>
            </w:pPr>
            <w:r>
              <w:rPr>
                <w:b/>
                <w:sz w:val="17"/>
              </w:rPr>
              <w:t>Porte, finestre, serramenti</w:t>
            </w:r>
          </w:p>
        </w:tc>
        <w:tc>
          <w:tcPr>
            <w:tcW w:w="6696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D1AFA03" w14:textId="77777777" w:rsidR="00C0097E" w:rsidRDefault="003F1CCD">
            <w:pPr>
              <w:spacing w:before="20" w:after="0"/>
            </w:pPr>
            <w:r>
              <w:rPr>
                <w:sz w:val="17"/>
              </w:rPr>
              <w:t>________________________________________________________________________________</w:t>
            </w:r>
          </w:p>
        </w:tc>
      </w:tr>
      <w:tr w:rsidR="00C0097E" w14:paraId="768B7E81" w14:textId="77777777">
        <w:trPr>
          <w:cantSplit/>
        </w:trPr>
        <w:tc>
          <w:tcPr>
            <w:tcW w:w="3168" w:type="dxa"/>
            <w:shd w:val="clear" w:color="auto" w:fill="F2F5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3833CD4" w14:textId="77777777" w:rsidR="00C0097E" w:rsidRDefault="003F1CCD">
            <w:pPr>
              <w:spacing w:before="20" w:after="0"/>
            </w:pPr>
            <w:r>
              <w:rPr>
                <w:b/>
                <w:sz w:val="17"/>
              </w:rPr>
              <w:t>Bagni, rubinetteria, scarichi</w:t>
            </w:r>
          </w:p>
        </w:tc>
        <w:tc>
          <w:tcPr>
            <w:tcW w:w="6696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CC18156" w14:textId="77777777" w:rsidR="00C0097E" w:rsidRDefault="003F1CCD">
            <w:pPr>
              <w:spacing w:before="20" w:after="0"/>
            </w:pPr>
            <w:r>
              <w:rPr>
                <w:sz w:val="17"/>
              </w:rPr>
              <w:t>________________________________________________________________________________</w:t>
            </w:r>
          </w:p>
        </w:tc>
      </w:tr>
      <w:tr w:rsidR="00C0097E" w14:paraId="74E91B21" w14:textId="77777777">
        <w:trPr>
          <w:cantSplit/>
        </w:trPr>
        <w:tc>
          <w:tcPr>
            <w:tcW w:w="3168" w:type="dxa"/>
            <w:shd w:val="clear" w:color="auto" w:fill="F2F5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08118E4" w14:textId="77777777" w:rsidR="00C0097E" w:rsidRDefault="003F1CCD">
            <w:pPr>
              <w:spacing w:before="20" w:after="0"/>
            </w:pPr>
            <w:r>
              <w:rPr>
                <w:b/>
                <w:sz w:val="17"/>
              </w:rPr>
              <w:t>Cucina e relativi impianti</w:t>
            </w:r>
          </w:p>
        </w:tc>
        <w:tc>
          <w:tcPr>
            <w:tcW w:w="6696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3A4D0BF" w14:textId="77777777" w:rsidR="00C0097E" w:rsidRDefault="003F1CCD">
            <w:pPr>
              <w:spacing w:before="20" w:after="0"/>
            </w:pPr>
            <w:r>
              <w:rPr>
                <w:sz w:val="17"/>
              </w:rPr>
              <w:t>________________________________________________________________________________</w:t>
            </w:r>
          </w:p>
        </w:tc>
      </w:tr>
      <w:tr w:rsidR="00C0097E" w14:paraId="14FF7A11" w14:textId="77777777">
        <w:trPr>
          <w:cantSplit/>
        </w:trPr>
        <w:tc>
          <w:tcPr>
            <w:tcW w:w="3168" w:type="dxa"/>
            <w:shd w:val="clear" w:color="auto" w:fill="F2F5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DC2C8D6" w14:textId="77777777" w:rsidR="00C0097E" w:rsidRDefault="003F1CCD">
            <w:pPr>
              <w:spacing w:before="20" w:after="0"/>
            </w:pPr>
            <w:r>
              <w:rPr>
                <w:b/>
                <w:sz w:val="17"/>
              </w:rPr>
              <w:t>Riscaldamento / climatizzazione</w:t>
            </w:r>
          </w:p>
        </w:tc>
        <w:tc>
          <w:tcPr>
            <w:tcW w:w="6696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49F795C" w14:textId="77777777" w:rsidR="00C0097E" w:rsidRDefault="003F1CCD">
            <w:pPr>
              <w:spacing w:before="20" w:after="0"/>
            </w:pPr>
            <w:r>
              <w:rPr>
                <w:sz w:val="17"/>
              </w:rPr>
              <w:t>________________________________________________________________________________</w:t>
            </w:r>
          </w:p>
        </w:tc>
      </w:tr>
      <w:tr w:rsidR="00C0097E" w14:paraId="60364B31" w14:textId="77777777">
        <w:trPr>
          <w:cantSplit/>
        </w:trPr>
        <w:tc>
          <w:tcPr>
            <w:tcW w:w="3168" w:type="dxa"/>
            <w:shd w:val="clear" w:color="auto" w:fill="F2F5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7FAA822" w14:textId="77777777" w:rsidR="00C0097E" w:rsidRDefault="003F1CCD">
            <w:pPr>
              <w:spacing w:before="20" w:after="0"/>
            </w:pPr>
            <w:r>
              <w:rPr>
                <w:b/>
                <w:sz w:val="17"/>
              </w:rPr>
              <w:t>Impianto elettrico / prese</w:t>
            </w:r>
          </w:p>
        </w:tc>
        <w:tc>
          <w:tcPr>
            <w:tcW w:w="6696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610DE8B" w14:textId="77777777" w:rsidR="00C0097E" w:rsidRDefault="003F1CCD">
            <w:pPr>
              <w:spacing w:before="20" w:after="0"/>
            </w:pPr>
            <w:r>
              <w:rPr>
                <w:sz w:val="17"/>
              </w:rPr>
              <w:t>________________________________________________________________________________</w:t>
            </w:r>
          </w:p>
        </w:tc>
      </w:tr>
      <w:tr w:rsidR="00C0097E" w14:paraId="21A3D88B" w14:textId="77777777">
        <w:trPr>
          <w:cantSplit/>
        </w:trPr>
        <w:tc>
          <w:tcPr>
            <w:tcW w:w="3168" w:type="dxa"/>
            <w:shd w:val="clear" w:color="auto" w:fill="F2F5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DEF88B2" w14:textId="77777777" w:rsidR="00C0097E" w:rsidRDefault="003F1CCD">
            <w:pPr>
              <w:spacing w:before="20" w:after="0"/>
            </w:pPr>
            <w:r>
              <w:rPr>
                <w:b/>
                <w:sz w:val="17"/>
              </w:rPr>
              <w:t>Balconi, terrazzi, pertinenze</w:t>
            </w:r>
          </w:p>
        </w:tc>
        <w:tc>
          <w:tcPr>
            <w:tcW w:w="6696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95BCBBD" w14:textId="77777777" w:rsidR="00C0097E" w:rsidRDefault="003F1CCD">
            <w:pPr>
              <w:spacing w:before="20" w:after="0"/>
            </w:pPr>
            <w:r>
              <w:rPr>
                <w:sz w:val="17"/>
              </w:rPr>
              <w:t>________________________________________________________________________________</w:t>
            </w:r>
          </w:p>
        </w:tc>
      </w:tr>
      <w:tr w:rsidR="00C0097E" w14:paraId="667191CC" w14:textId="77777777">
        <w:trPr>
          <w:cantSplit/>
        </w:trPr>
        <w:tc>
          <w:tcPr>
            <w:tcW w:w="3168" w:type="dxa"/>
            <w:shd w:val="clear" w:color="auto" w:fill="F2F5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5B71FE5" w14:textId="77777777" w:rsidR="00C0097E" w:rsidRDefault="003F1CCD">
            <w:pPr>
              <w:spacing w:before="20" w:after="0"/>
            </w:pPr>
            <w:r>
              <w:rPr>
                <w:b/>
                <w:sz w:val="17"/>
              </w:rPr>
              <w:t>Pulizia, rifiuti, altri rilievi</w:t>
            </w:r>
          </w:p>
        </w:tc>
        <w:tc>
          <w:tcPr>
            <w:tcW w:w="6696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D4F4E08" w14:textId="77777777" w:rsidR="00C0097E" w:rsidRDefault="003F1CCD">
            <w:pPr>
              <w:spacing w:before="20" w:after="0"/>
            </w:pPr>
            <w:r>
              <w:rPr>
                <w:sz w:val="17"/>
              </w:rPr>
              <w:t>________________________________________________________________________________</w:t>
            </w:r>
          </w:p>
        </w:tc>
      </w:tr>
    </w:tbl>
    <w:p w14:paraId="2DF339EB" w14:textId="77777777" w:rsidR="00C0097E" w:rsidRDefault="00C0097E">
      <w:pPr>
        <w:spacing w:after="0"/>
      </w:pPr>
    </w:p>
    <w:p w14:paraId="6701BB0B" w14:textId="77777777" w:rsidR="00C0097E" w:rsidRPr="001D7CBF" w:rsidRDefault="003F1CCD">
      <w:pPr>
        <w:pStyle w:val="Titolo1"/>
        <w:rPr>
          <w:lang w:val="it-IT"/>
        </w:rPr>
      </w:pPr>
      <w:r w:rsidRPr="001D7CBF">
        <w:rPr>
          <w:lang w:val="it-IT"/>
        </w:rPr>
        <w:t>5. Arredi e beni presenti (se l’immobile è arredato)</w:t>
      </w:r>
    </w:p>
    <w:p w14:paraId="48718A8F" w14:textId="77777777" w:rsidR="00C0097E" w:rsidRPr="001D7CBF" w:rsidRDefault="003F1CCD">
      <w:pPr>
        <w:ind w:left="173"/>
        <w:rPr>
          <w:lang w:val="it-IT"/>
        </w:rPr>
      </w:pPr>
      <w:proofErr w:type="gramStart"/>
      <w:r w:rsidRPr="001D7CBF">
        <w:rPr>
          <w:lang w:val="it-IT"/>
        </w:rPr>
        <w:t>[ ]</w:t>
      </w:r>
      <w:proofErr w:type="gramEnd"/>
      <w:r w:rsidRPr="001D7CBF">
        <w:rPr>
          <w:lang w:val="it-IT"/>
        </w:rPr>
        <w:t xml:space="preserve"> Immobile non arredato.</w:t>
      </w:r>
    </w:p>
    <w:p w14:paraId="46DD6990" w14:textId="77777777" w:rsidR="00C0097E" w:rsidRPr="001D7CBF" w:rsidRDefault="003F1CCD">
      <w:pPr>
        <w:ind w:left="173"/>
        <w:rPr>
          <w:lang w:val="it-IT"/>
        </w:rPr>
      </w:pPr>
      <w:proofErr w:type="gramStart"/>
      <w:r w:rsidRPr="001D7CBF">
        <w:rPr>
          <w:lang w:val="it-IT"/>
        </w:rPr>
        <w:t>[ ]</w:t>
      </w:r>
      <w:proofErr w:type="gramEnd"/>
      <w:r w:rsidRPr="001D7CBF">
        <w:rPr>
          <w:lang w:val="it-IT"/>
        </w:rPr>
        <w:t xml:space="preserve"> Immobile arredato: inventario allegato e firmato dalle parti.</w:t>
      </w:r>
    </w:p>
    <w:p w14:paraId="37279C72" w14:textId="77777777" w:rsidR="00C0097E" w:rsidRPr="001D7CBF" w:rsidRDefault="003F1CCD">
      <w:pPr>
        <w:ind w:left="173"/>
        <w:rPr>
          <w:lang w:val="it-IT"/>
        </w:rPr>
      </w:pPr>
      <w:proofErr w:type="gramStart"/>
      <w:r w:rsidRPr="001D7CBF">
        <w:rPr>
          <w:lang w:val="it-IT"/>
        </w:rPr>
        <w:t>[ ]</w:t>
      </w:r>
      <w:proofErr w:type="gramEnd"/>
      <w:r w:rsidRPr="001D7CBF">
        <w:rPr>
          <w:lang w:val="it-IT"/>
        </w:rPr>
        <w:t xml:space="preserve"> Inventario non allegato: indicare qui i beni e le eventuali differenze rispetto alla consegna iniziale.</w:t>
      </w:r>
    </w:p>
    <w:p w14:paraId="05A980CF" w14:textId="77777777" w:rsidR="00C0097E" w:rsidRPr="001D7CBF" w:rsidRDefault="003F1CCD">
      <w:pPr>
        <w:rPr>
          <w:lang w:val="it-IT"/>
        </w:rPr>
      </w:pPr>
      <w:r w:rsidRPr="001D7CBF">
        <w:rPr>
          <w:lang w:val="it-IT"/>
        </w:rPr>
        <w:t>Arredi / elettrodomestici / accessori e osservazioni: _________________________________________________________</w:t>
      </w:r>
    </w:p>
    <w:p w14:paraId="52BF2BF0" w14:textId="77777777" w:rsidR="00C0097E" w:rsidRDefault="003F1CCD">
      <w:r>
        <w:t>___________________________________________________________________________________________________</w:t>
      </w:r>
    </w:p>
    <w:p w14:paraId="0B056C82" w14:textId="77777777" w:rsidR="00C0097E" w:rsidRDefault="003F1CCD">
      <w:r>
        <w:t>___________________________________________________________________________________________________</w:t>
      </w:r>
    </w:p>
    <w:p w14:paraId="6A20744A" w14:textId="77777777" w:rsidR="00C0097E" w:rsidRDefault="003F1CCD">
      <w:pPr>
        <w:pStyle w:val="Titolo1"/>
      </w:pPr>
      <w:r>
        <w:t>6. Letture dei contatori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909"/>
        <w:gridCol w:w="6984"/>
      </w:tblGrid>
      <w:tr w:rsidR="00C0097E" w:rsidRPr="00FF3EAF" w14:paraId="44B00B25" w14:textId="77777777">
        <w:trPr>
          <w:cantSplit/>
        </w:trPr>
        <w:tc>
          <w:tcPr>
            <w:tcW w:w="2909" w:type="dxa"/>
            <w:shd w:val="clear" w:color="auto" w:fill="F2F5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A1A3C81" w14:textId="77777777" w:rsidR="00C0097E" w:rsidRDefault="003F1CCD">
            <w:pPr>
              <w:spacing w:before="20" w:after="0"/>
            </w:pPr>
            <w:r>
              <w:rPr>
                <w:b/>
                <w:sz w:val="17"/>
              </w:rPr>
              <w:t>Energia elettrica</w:t>
            </w:r>
          </w:p>
        </w:tc>
        <w:tc>
          <w:tcPr>
            <w:tcW w:w="698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B902A35" w14:textId="77777777" w:rsidR="00C0097E" w:rsidRPr="001D7CBF" w:rsidRDefault="003F1CCD">
            <w:pPr>
              <w:spacing w:before="20" w:after="0"/>
              <w:rPr>
                <w:lang w:val="it-IT"/>
              </w:rPr>
            </w:pPr>
            <w:r w:rsidRPr="001D7CBF">
              <w:rPr>
                <w:sz w:val="17"/>
                <w:lang w:val="it-IT"/>
              </w:rPr>
              <w:t>Lettura: ___________________   Matricola/POD (se utile): ______________________</w:t>
            </w:r>
          </w:p>
        </w:tc>
      </w:tr>
      <w:tr w:rsidR="00C0097E" w:rsidRPr="00FF3EAF" w14:paraId="4CE017CC" w14:textId="77777777">
        <w:trPr>
          <w:cantSplit/>
        </w:trPr>
        <w:tc>
          <w:tcPr>
            <w:tcW w:w="2909" w:type="dxa"/>
            <w:shd w:val="clear" w:color="auto" w:fill="F2F5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0A866C1" w14:textId="77777777" w:rsidR="00C0097E" w:rsidRDefault="003F1CCD">
            <w:pPr>
              <w:spacing w:before="20" w:after="0"/>
            </w:pPr>
            <w:r>
              <w:rPr>
                <w:b/>
                <w:sz w:val="17"/>
              </w:rPr>
              <w:t>Gas</w:t>
            </w:r>
          </w:p>
        </w:tc>
        <w:tc>
          <w:tcPr>
            <w:tcW w:w="698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77ACB8F" w14:textId="77777777" w:rsidR="00C0097E" w:rsidRPr="001D7CBF" w:rsidRDefault="003F1CCD">
            <w:pPr>
              <w:spacing w:before="20" w:after="0"/>
              <w:rPr>
                <w:lang w:val="it-IT"/>
              </w:rPr>
            </w:pPr>
            <w:r w:rsidRPr="001D7CBF">
              <w:rPr>
                <w:sz w:val="17"/>
                <w:lang w:val="it-IT"/>
              </w:rPr>
              <w:t>Lettura: ___________________   Matricola/PDR (se utile): ______________________</w:t>
            </w:r>
          </w:p>
        </w:tc>
      </w:tr>
      <w:tr w:rsidR="00C0097E" w14:paraId="59044B92" w14:textId="77777777">
        <w:trPr>
          <w:cantSplit/>
        </w:trPr>
        <w:tc>
          <w:tcPr>
            <w:tcW w:w="2909" w:type="dxa"/>
            <w:shd w:val="clear" w:color="auto" w:fill="F2F5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BFDC7B3" w14:textId="77777777" w:rsidR="00C0097E" w:rsidRDefault="003F1CCD">
            <w:pPr>
              <w:spacing w:before="20" w:after="0"/>
            </w:pPr>
            <w:r>
              <w:rPr>
                <w:b/>
                <w:sz w:val="17"/>
              </w:rPr>
              <w:t>Acqua</w:t>
            </w:r>
          </w:p>
        </w:tc>
        <w:tc>
          <w:tcPr>
            <w:tcW w:w="698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1E2E8A7" w14:textId="77777777" w:rsidR="00C0097E" w:rsidRDefault="003F1CCD">
            <w:pPr>
              <w:spacing w:before="20" w:after="0"/>
            </w:pPr>
            <w:r>
              <w:rPr>
                <w:sz w:val="17"/>
              </w:rPr>
              <w:t>Lettura: ___________________   Identificativo: ______________________________</w:t>
            </w:r>
          </w:p>
        </w:tc>
      </w:tr>
      <w:tr w:rsidR="00C0097E" w14:paraId="55903508" w14:textId="77777777">
        <w:trPr>
          <w:cantSplit/>
        </w:trPr>
        <w:tc>
          <w:tcPr>
            <w:tcW w:w="2909" w:type="dxa"/>
            <w:shd w:val="clear" w:color="auto" w:fill="F2F5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4D41860" w14:textId="77777777" w:rsidR="00C0097E" w:rsidRDefault="003F1CCD">
            <w:pPr>
              <w:spacing w:before="20" w:after="0"/>
            </w:pPr>
            <w:r>
              <w:rPr>
                <w:b/>
                <w:sz w:val="17"/>
              </w:rPr>
              <w:t>Altro</w:t>
            </w:r>
          </w:p>
        </w:tc>
        <w:tc>
          <w:tcPr>
            <w:tcW w:w="698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7B7E9C7" w14:textId="77777777" w:rsidR="00C0097E" w:rsidRDefault="003F1CCD">
            <w:pPr>
              <w:spacing w:before="20" w:after="0"/>
            </w:pPr>
            <w:r>
              <w:rPr>
                <w:sz w:val="17"/>
              </w:rPr>
              <w:t>Tipo: ______________________   Lettura: ____________________________________</w:t>
            </w:r>
          </w:p>
        </w:tc>
      </w:tr>
    </w:tbl>
    <w:p w14:paraId="184F6786" w14:textId="77777777" w:rsidR="00C0097E" w:rsidRDefault="00C0097E">
      <w:pPr>
        <w:spacing w:after="0"/>
      </w:pPr>
    </w:p>
    <w:p w14:paraId="39433D92" w14:textId="77777777" w:rsidR="00C0097E" w:rsidRPr="001D7CBF" w:rsidRDefault="003F1CCD">
      <w:pPr>
        <w:rPr>
          <w:lang w:val="it-IT"/>
        </w:rPr>
      </w:pPr>
      <w:r w:rsidRPr="001D7CBF">
        <w:rPr>
          <w:sz w:val="16"/>
          <w:lang w:val="it-IT"/>
        </w:rPr>
        <w:t>Le letture sono rilevate per documentazione. Voltura, disdetta e conguagli restano da gestire separatamente secondo i rispettivi rapporti e accordi.</w:t>
      </w:r>
    </w:p>
    <w:p w14:paraId="639DE53A" w14:textId="77777777" w:rsidR="00C0097E" w:rsidRPr="001D7CBF" w:rsidRDefault="003F1CCD">
      <w:pPr>
        <w:rPr>
          <w:lang w:val="it-IT"/>
        </w:rPr>
      </w:pPr>
      <w:r w:rsidRPr="001D7CBF">
        <w:rPr>
          <w:lang w:val="it-IT"/>
        </w:rPr>
        <w:br w:type="page"/>
      </w:r>
    </w:p>
    <w:p w14:paraId="3B6FBE15" w14:textId="77777777" w:rsidR="00C0097E" w:rsidRDefault="003F1CCD">
      <w:pPr>
        <w:pStyle w:val="Titolo1"/>
      </w:pPr>
      <w:r>
        <w:lastRenderedPageBreak/>
        <w:t>7. Deposito cauzionale, canoni e spese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909"/>
        <w:gridCol w:w="6984"/>
      </w:tblGrid>
      <w:tr w:rsidR="00C0097E" w:rsidRPr="00FF3EAF" w14:paraId="76DA0507" w14:textId="77777777">
        <w:trPr>
          <w:cantSplit/>
        </w:trPr>
        <w:tc>
          <w:tcPr>
            <w:tcW w:w="2909" w:type="dxa"/>
            <w:shd w:val="clear" w:color="auto" w:fill="F2F5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8DC0791" w14:textId="77777777" w:rsidR="00C0097E" w:rsidRDefault="003F1CCD">
            <w:pPr>
              <w:spacing w:before="20" w:after="0"/>
            </w:pPr>
            <w:r>
              <w:rPr>
                <w:b/>
                <w:sz w:val="17"/>
              </w:rPr>
              <w:t>Deposito versato all’inizio</w:t>
            </w:r>
          </w:p>
        </w:tc>
        <w:tc>
          <w:tcPr>
            <w:tcW w:w="698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C1B1AA5" w14:textId="77777777" w:rsidR="00C0097E" w:rsidRPr="001D7CBF" w:rsidRDefault="003F1CCD">
            <w:pPr>
              <w:spacing w:before="20" w:after="0"/>
              <w:rPr>
                <w:lang w:val="it-IT"/>
              </w:rPr>
            </w:pPr>
            <w:r w:rsidRPr="001D7CBF">
              <w:rPr>
                <w:sz w:val="17"/>
                <w:lang w:val="it-IT"/>
              </w:rPr>
              <w:t>Euro _______________</w:t>
            </w:r>
            <w:proofErr w:type="gramStart"/>
            <w:r w:rsidRPr="001D7CBF">
              <w:rPr>
                <w:sz w:val="17"/>
                <w:lang w:val="it-IT"/>
              </w:rPr>
              <w:t xml:space="preserve">   [</w:t>
            </w:r>
            <w:proofErr w:type="gramEnd"/>
            <w:r w:rsidRPr="001D7CBF">
              <w:rPr>
                <w:sz w:val="17"/>
                <w:lang w:val="it-IT"/>
              </w:rPr>
              <w:t xml:space="preserve"> ] Da verificare</w:t>
            </w:r>
            <w:proofErr w:type="gramStart"/>
            <w:r w:rsidRPr="001D7CBF">
              <w:rPr>
                <w:sz w:val="17"/>
                <w:lang w:val="it-IT"/>
              </w:rPr>
              <w:t xml:space="preserve">   [</w:t>
            </w:r>
            <w:proofErr w:type="gramEnd"/>
            <w:r w:rsidRPr="001D7CBF">
              <w:rPr>
                <w:sz w:val="17"/>
                <w:lang w:val="it-IT"/>
              </w:rPr>
              <w:t xml:space="preserve"> ] Non previsto</w:t>
            </w:r>
          </w:p>
        </w:tc>
      </w:tr>
      <w:tr w:rsidR="00C0097E" w14:paraId="7FD0767A" w14:textId="77777777">
        <w:trPr>
          <w:cantSplit/>
        </w:trPr>
        <w:tc>
          <w:tcPr>
            <w:tcW w:w="2909" w:type="dxa"/>
            <w:shd w:val="clear" w:color="auto" w:fill="F2F5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4FFDCA0" w14:textId="77777777" w:rsidR="00C0097E" w:rsidRDefault="003F1CCD">
            <w:pPr>
              <w:spacing w:before="20" w:after="0"/>
            </w:pPr>
            <w:proofErr w:type="spellStart"/>
            <w:r>
              <w:rPr>
                <w:b/>
                <w:sz w:val="17"/>
              </w:rPr>
              <w:t>Restituzione</w:t>
            </w:r>
            <w:proofErr w:type="spellEnd"/>
            <w:r>
              <w:rPr>
                <w:b/>
                <w:sz w:val="17"/>
              </w:rPr>
              <w:t xml:space="preserve"> della </w:t>
            </w:r>
            <w:proofErr w:type="spellStart"/>
            <w:r>
              <w:rPr>
                <w:b/>
                <w:sz w:val="17"/>
              </w:rPr>
              <w:t>cauzione</w:t>
            </w:r>
            <w:proofErr w:type="spellEnd"/>
          </w:p>
        </w:tc>
        <w:tc>
          <w:tcPr>
            <w:tcW w:w="698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6BF9C01" w14:textId="77777777" w:rsidR="00C0097E" w:rsidRDefault="003F1CCD">
            <w:pPr>
              <w:spacing w:before="20" w:after="0"/>
            </w:pPr>
            <w:proofErr w:type="gramStart"/>
            <w:r>
              <w:rPr>
                <w:sz w:val="17"/>
              </w:rPr>
              <w:t>[ ]</w:t>
            </w:r>
            <w:proofErr w:type="gramEnd"/>
            <w:r>
              <w:rPr>
                <w:sz w:val="17"/>
              </w:rPr>
              <w:t xml:space="preserve"> Restituita oggi: euro ____________ con _______________________________</w:t>
            </w:r>
          </w:p>
        </w:tc>
      </w:tr>
      <w:tr w:rsidR="00C0097E" w:rsidRPr="00FF3EAF" w14:paraId="7DEB772D" w14:textId="77777777">
        <w:trPr>
          <w:cantSplit/>
        </w:trPr>
        <w:tc>
          <w:tcPr>
            <w:tcW w:w="2909" w:type="dxa"/>
            <w:shd w:val="clear" w:color="auto" w:fill="F2F5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B5E1549" w14:textId="77777777" w:rsidR="00C0097E" w:rsidRDefault="003F1CCD">
            <w:pPr>
              <w:spacing w:before="20" w:after="0"/>
            </w:pPr>
            <w:r>
              <w:rPr>
                <w:b/>
                <w:sz w:val="17"/>
              </w:rPr>
              <w:t>Resta da definire</w:t>
            </w:r>
          </w:p>
        </w:tc>
        <w:tc>
          <w:tcPr>
            <w:tcW w:w="698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363922B" w14:textId="77777777" w:rsidR="00C0097E" w:rsidRPr="001D7CBF" w:rsidRDefault="003F1CCD">
            <w:pPr>
              <w:spacing w:before="20" w:after="0"/>
              <w:rPr>
                <w:lang w:val="it-IT"/>
              </w:rPr>
            </w:pPr>
            <w:proofErr w:type="gramStart"/>
            <w:r w:rsidRPr="001D7CBF">
              <w:rPr>
                <w:sz w:val="17"/>
                <w:lang w:val="it-IT"/>
              </w:rPr>
              <w:t>[ ]</w:t>
            </w:r>
            <w:proofErr w:type="gramEnd"/>
            <w:r w:rsidRPr="001D7CBF">
              <w:rPr>
                <w:sz w:val="17"/>
                <w:lang w:val="it-IT"/>
              </w:rPr>
              <w:t xml:space="preserve"> Restituzione / saldo ancora da definire; motivo e documenti: _____________________</w:t>
            </w:r>
          </w:p>
        </w:tc>
      </w:tr>
      <w:tr w:rsidR="00C0097E" w:rsidRPr="00FF3EAF" w14:paraId="6AF11226" w14:textId="77777777">
        <w:trPr>
          <w:cantSplit/>
        </w:trPr>
        <w:tc>
          <w:tcPr>
            <w:tcW w:w="2909" w:type="dxa"/>
            <w:shd w:val="clear" w:color="auto" w:fill="F2F5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D47E758" w14:textId="77777777" w:rsidR="00C0097E" w:rsidRDefault="003F1CCD">
            <w:pPr>
              <w:spacing w:before="20" w:after="0"/>
            </w:pPr>
            <w:proofErr w:type="spellStart"/>
            <w:r>
              <w:rPr>
                <w:b/>
                <w:sz w:val="17"/>
              </w:rPr>
              <w:t>Canoni</w:t>
            </w:r>
            <w:proofErr w:type="spellEnd"/>
            <w:r>
              <w:rPr>
                <w:b/>
                <w:sz w:val="17"/>
              </w:rPr>
              <w:t xml:space="preserve"> / </w:t>
            </w:r>
            <w:proofErr w:type="spellStart"/>
            <w:r>
              <w:rPr>
                <w:b/>
                <w:sz w:val="17"/>
              </w:rPr>
              <w:t>spese</w:t>
            </w:r>
            <w:proofErr w:type="spellEnd"/>
          </w:p>
        </w:tc>
        <w:tc>
          <w:tcPr>
            <w:tcW w:w="698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A82E752" w14:textId="77777777" w:rsidR="00C0097E" w:rsidRPr="001D7CBF" w:rsidRDefault="003F1CCD">
            <w:pPr>
              <w:spacing w:before="20" w:after="0"/>
              <w:rPr>
                <w:lang w:val="it-IT"/>
              </w:rPr>
            </w:pPr>
            <w:proofErr w:type="gramStart"/>
            <w:r w:rsidRPr="001D7CBF">
              <w:rPr>
                <w:sz w:val="17"/>
                <w:lang w:val="it-IT"/>
              </w:rPr>
              <w:t>[ ]</w:t>
            </w:r>
            <w:proofErr w:type="gramEnd"/>
            <w:r w:rsidRPr="001D7CBF">
              <w:rPr>
                <w:sz w:val="17"/>
                <w:lang w:val="it-IT"/>
              </w:rPr>
              <w:t xml:space="preserve"> Nessuna pendenza dichiarata</w:t>
            </w:r>
            <w:proofErr w:type="gramStart"/>
            <w:r w:rsidRPr="001D7CBF">
              <w:rPr>
                <w:sz w:val="17"/>
                <w:lang w:val="it-IT"/>
              </w:rPr>
              <w:t xml:space="preserve">   [</w:t>
            </w:r>
            <w:proofErr w:type="gramEnd"/>
            <w:r w:rsidRPr="001D7CBF">
              <w:rPr>
                <w:sz w:val="17"/>
                <w:lang w:val="it-IT"/>
              </w:rPr>
              <w:t xml:space="preserve"> ] Importi o conguagli da verificare: _________________</w:t>
            </w:r>
          </w:p>
        </w:tc>
      </w:tr>
      <w:tr w:rsidR="00C0097E" w:rsidRPr="00FF3EAF" w14:paraId="7608E624" w14:textId="77777777">
        <w:trPr>
          <w:cantSplit/>
        </w:trPr>
        <w:tc>
          <w:tcPr>
            <w:tcW w:w="2909" w:type="dxa"/>
            <w:shd w:val="clear" w:color="auto" w:fill="F2F5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D522215" w14:textId="77777777" w:rsidR="00C0097E" w:rsidRDefault="003F1CCD">
            <w:pPr>
              <w:spacing w:before="20" w:after="0"/>
            </w:pPr>
            <w:proofErr w:type="spellStart"/>
            <w:r>
              <w:rPr>
                <w:b/>
                <w:sz w:val="17"/>
              </w:rPr>
              <w:t>Utenze</w:t>
            </w:r>
            <w:proofErr w:type="spellEnd"/>
            <w:r>
              <w:rPr>
                <w:b/>
                <w:sz w:val="17"/>
              </w:rPr>
              <w:t xml:space="preserve"> / </w:t>
            </w:r>
            <w:proofErr w:type="spellStart"/>
            <w:r>
              <w:rPr>
                <w:b/>
                <w:sz w:val="17"/>
              </w:rPr>
              <w:t>condominio</w:t>
            </w:r>
            <w:proofErr w:type="spellEnd"/>
          </w:p>
        </w:tc>
        <w:tc>
          <w:tcPr>
            <w:tcW w:w="698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2F25739" w14:textId="77777777" w:rsidR="00C0097E" w:rsidRPr="001D7CBF" w:rsidRDefault="003F1CCD">
            <w:pPr>
              <w:spacing w:before="20" w:after="0"/>
              <w:rPr>
                <w:lang w:val="it-IT"/>
              </w:rPr>
            </w:pPr>
            <w:proofErr w:type="gramStart"/>
            <w:r w:rsidRPr="001D7CBF">
              <w:rPr>
                <w:sz w:val="17"/>
                <w:lang w:val="it-IT"/>
              </w:rPr>
              <w:t>[ ]</w:t>
            </w:r>
            <w:proofErr w:type="gramEnd"/>
            <w:r w:rsidRPr="001D7CBF">
              <w:rPr>
                <w:sz w:val="17"/>
                <w:lang w:val="it-IT"/>
              </w:rPr>
              <w:t xml:space="preserve"> Regolati</w:t>
            </w:r>
            <w:proofErr w:type="gramStart"/>
            <w:r w:rsidRPr="001D7CBF">
              <w:rPr>
                <w:sz w:val="17"/>
                <w:lang w:val="it-IT"/>
              </w:rPr>
              <w:t xml:space="preserve">   [</w:t>
            </w:r>
            <w:proofErr w:type="gramEnd"/>
            <w:r w:rsidRPr="001D7CBF">
              <w:rPr>
                <w:sz w:val="17"/>
                <w:lang w:val="it-IT"/>
              </w:rPr>
              <w:t xml:space="preserve"> ] Conguagli/documenti ancora da acquisire: _______________________</w:t>
            </w:r>
          </w:p>
        </w:tc>
      </w:tr>
    </w:tbl>
    <w:p w14:paraId="4E71FB5F" w14:textId="77777777" w:rsidR="00C0097E" w:rsidRPr="001D7CBF" w:rsidRDefault="00C0097E">
      <w:pPr>
        <w:spacing w:after="0"/>
        <w:rPr>
          <w:lang w:val="it-IT"/>
        </w:rPr>
      </w:pPr>
    </w:p>
    <w:p w14:paraId="05C554F1" w14:textId="77777777" w:rsidR="00C0097E" w:rsidRPr="001D7CBF" w:rsidRDefault="003F1CCD">
      <w:pPr>
        <w:rPr>
          <w:lang w:val="it-IT"/>
        </w:rPr>
      </w:pPr>
      <w:r w:rsidRPr="001D7CBF">
        <w:rPr>
          <w:lang w:val="it-IT"/>
        </w:rPr>
        <w:t>Importi concordati, termini, modalità e documenti a sostegno (se applicabili):</w:t>
      </w:r>
    </w:p>
    <w:p w14:paraId="7E584477" w14:textId="77777777" w:rsidR="00C0097E" w:rsidRPr="001D7CBF" w:rsidRDefault="003F1CCD">
      <w:pPr>
        <w:rPr>
          <w:lang w:val="it-IT"/>
        </w:rPr>
      </w:pPr>
      <w:r w:rsidRPr="001D7CBF">
        <w:rPr>
          <w:lang w:val="it-IT"/>
        </w:rPr>
        <w:t>___________________________________________________________________________________________________</w:t>
      </w:r>
    </w:p>
    <w:p w14:paraId="1B477BCC" w14:textId="77777777" w:rsidR="00C0097E" w:rsidRPr="001D7CBF" w:rsidRDefault="003F1CCD">
      <w:pPr>
        <w:rPr>
          <w:lang w:val="it-IT"/>
        </w:rPr>
      </w:pPr>
      <w:r w:rsidRPr="001D7CBF">
        <w:rPr>
          <w:lang w:val="it-IT"/>
        </w:rPr>
        <w:t>___________________________________________________________________________________________________</w:t>
      </w:r>
    </w:p>
    <w:p w14:paraId="2065109C" w14:textId="77777777" w:rsidR="00C0097E" w:rsidRPr="001D7CBF" w:rsidRDefault="003F1CCD">
      <w:pPr>
        <w:pStyle w:val="Titolo1"/>
        <w:rPr>
          <w:lang w:val="it-IT"/>
        </w:rPr>
      </w:pPr>
      <w:r w:rsidRPr="001D7CBF">
        <w:rPr>
          <w:lang w:val="it-IT"/>
        </w:rPr>
        <w:t>8. Contestazioni, riserve e allegati</w:t>
      </w:r>
    </w:p>
    <w:p w14:paraId="603AFFCB" w14:textId="77777777" w:rsidR="00C0097E" w:rsidRPr="001D7CBF" w:rsidRDefault="003F1CCD">
      <w:pPr>
        <w:ind w:left="173"/>
        <w:rPr>
          <w:lang w:val="it-IT"/>
        </w:rPr>
      </w:pPr>
      <w:proofErr w:type="gramStart"/>
      <w:r w:rsidRPr="001D7CBF">
        <w:rPr>
          <w:lang w:val="it-IT"/>
        </w:rPr>
        <w:t>[ ]</w:t>
      </w:r>
      <w:proofErr w:type="gramEnd"/>
      <w:r w:rsidRPr="001D7CBF">
        <w:rPr>
          <w:lang w:val="it-IT"/>
        </w:rPr>
        <w:t xml:space="preserve"> Nessuna anomalia rilevata nel sopralluogo effettuato, nei limiti delle verifiche svolte.</w:t>
      </w:r>
    </w:p>
    <w:p w14:paraId="527407C1" w14:textId="77777777" w:rsidR="00C0097E" w:rsidRPr="001D7CBF" w:rsidRDefault="003F1CCD">
      <w:pPr>
        <w:ind w:left="173"/>
        <w:rPr>
          <w:lang w:val="it-IT"/>
        </w:rPr>
      </w:pPr>
      <w:proofErr w:type="gramStart"/>
      <w:r w:rsidRPr="001D7CBF">
        <w:rPr>
          <w:lang w:val="it-IT"/>
        </w:rPr>
        <w:t>[ ]</w:t>
      </w:r>
      <w:proofErr w:type="gramEnd"/>
      <w:r w:rsidRPr="001D7CBF">
        <w:rPr>
          <w:lang w:val="it-IT"/>
        </w:rPr>
        <w:t xml:space="preserve"> Sono emerse anomalie / danni / divergenze, come descritti di seguito e negli allegati.</w:t>
      </w:r>
    </w:p>
    <w:p w14:paraId="485A5E5D" w14:textId="77777777" w:rsidR="00C0097E" w:rsidRPr="001D7CBF" w:rsidRDefault="003F1CCD">
      <w:pPr>
        <w:ind w:left="173"/>
        <w:rPr>
          <w:lang w:val="it-IT"/>
        </w:rPr>
      </w:pPr>
      <w:proofErr w:type="gramStart"/>
      <w:r w:rsidRPr="001D7CBF">
        <w:rPr>
          <w:lang w:val="it-IT"/>
        </w:rPr>
        <w:t>[ ]</w:t>
      </w:r>
      <w:proofErr w:type="gramEnd"/>
      <w:r w:rsidRPr="001D7CBF">
        <w:rPr>
          <w:lang w:val="it-IT"/>
        </w:rPr>
        <w:t xml:space="preserve"> Le parti non concordano su tutti i rilievi: riportare separatamente le rispettive posizioni.</w:t>
      </w:r>
    </w:p>
    <w:p w14:paraId="4DE2FB2A" w14:textId="77777777" w:rsidR="00C0097E" w:rsidRPr="001D7CBF" w:rsidRDefault="003F1CCD">
      <w:pPr>
        <w:rPr>
          <w:lang w:val="it-IT"/>
        </w:rPr>
      </w:pPr>
      <w:r w:rsidRPr="001D7CBF">
        <w:rPr>
          <w:lang w:val="it-IT"/>
        </w:rPr>
        <w:t>Descrizione precisa dei rilievi, locali interessati, fotografie e posizione delle parti:</w:t>
      </w:r>
    </w:p>
    <w:p w14:paraId="17CA4AE2" w14:textId="77777777" w:rsidR="00C0097E" w:rsidRPr="001D7CBF" w:rsidRDefault="003F1CCD">
      <w:pPr>
        <w:rPr>
          <w:lang w:val="it-IT"/>
        </w:rPr>
      </w:pPr>
      <w:r w:rsidRPr="001D7CBF">
        <w:rPr>
          <w:lang w:val="it-IT"/>
        </w:rPr>
        <w:t>___________________________________________________________________________________________________</w:t>
      </w:r>
    </w:p>
    <w:p w14:paraId="46A784A9" w14:textId="77777777" w:rsidR="00C0097E" w:rsidRPr="001D7CBF" w:rsidRDefault="003F1CCD">
      <w:pPr>
        <w:rPr>
          <w:lang w:val="it-IT"/>
        </w:rPr>
      </w:pPr>
      <w:r w:rsidRPr="001D7CBF">
        <w:rPr>
          <w:lang w:val="it-IT"/>
        </w:rPr>
        <w:t>___________________________________________________________________________________________________</w:t>
      </w:r>
    </w:p>
    <w:p w14:paraId="239928F4" w14:textId="77777777" w:rsidR="00C0097E" w:rsidRPr="001D7CBF" w:rsidRDefault="003F1CCD">
      <w:pPr>
        <w:rPr>
          <w:lang w:val="it-IT"/>
        </w:rPr>
      </w:pPr>
      <w:r w:rsidRPr="001D7CBF">
        <w:rPr>
          <w:lang w:val="it-IT"/>
        </w:rPr>
        <w:t>___________________________________________________________________________________________________</w:t>
      </w:r>
    </w:p>
    <w:p w14:paraId="45C4DF26" w14:textId="77777777" w:rsidR="00C0097E" w:rsidRPr="001D7CBF" w:rsidRDefault="003F1CCD">
      <w:pPr>
        <w:rPr>
          <w:lang w:val="it-IT"/>
        </w:rPr>
      </w:pPr>
      <w:r w:rsidRPr="001D7CBF">
        <w:rPr>
          <w:lang w:val="it-IT"/>
        </w:rPr>
        <w:t xml:space="preserve">Allegati: </w:t>
      </w:r>
      <w:proofErr w:type="gramStart"/>
      <w:r w:rsidRPr="001D7CBF">
        <w:rPr>
          <w:lang w:val="it-IT"/>
        </w:rPr>
        <w:t>[ ]</w:t>
      </w:r>
      <w:proofErr w:type="gramEnd"/>
      <w:r w:rsidRPr="001D7CBF">
        <w:rPr>
          <w:lang w:val="it-IT"/>
        </w:rPr>
        <w:t xml:space="preserve"> Fotografie n. _____</w:t>
      </w:r>
      <w:proofErr w:type="gramStart"/>
      <w:r w:rsidRPr="001D7CBF">
        <w:rPr>
          <w:lang w:val="it-IT"/>
        </w:rPr>
        <w:t>_  [</w:t>
      </w:r>
      <w:proofErr w:type="gramEnd"/>
      <w:r w:rsidRPr="001D7CBF">
        <w:rPr>
          <w:lang w:val="it-IT"/>
        </w:rPr>
        <w:t xml:space="preserve"> ] </w:t>
      </w:r>
      <w:proofErr w:type="gramStart"/>
      <w:r w:rsidRPr="001D7CBF">
        <w:rPr>
          <w:lang w:val="it-IT"/>
        </w:rPr>
        <w:t>Inventario  [</w:t>
      </w:r>
      <w:proofErr w:type="gramEnd"/>
      <w:r w:rsidRPr="001D7CBF">
        <w:rPr>
          <w:lang w:val="it-IT"/>
        </w:rPr>
        <w:t xml:space="preserve"> ] </w:t>
      </w:r>
      <w:proofErr w:type="gramStart"/>
      <w:r w:rsidRPr="001D7CBF">
        <w:rPr>
          <w:lang w:val="it-IT"/>
        </w:rPr>
        <w:t>Letture  [</w:t>
      </w:r>
      <w:proofErr w:type="gramEnd"/>
      <w:r w:rsidRPr="001D7CBF">
        <w:rPr>
          <w:lang w:val="it-IT"/>
        </w:rPr>
        <w:t xml:space="preserve"> ] </w:t>
      </w:r>
      <w:proofErr w:type="gramStart"/>
      <w:r w:rsidRPr="001D7CBF">
        <w:rPr>
          <w:lang w:val="it-IT"/>
        </w:rPr>
        <w:t>Preventivi  [</w:t>
      </w:r>
      <w:proofErr w:type="gramEnd"/>
      <w:r w:rsidRPr="001D7CBF">
        <w:rPr>
          <w:lang w:val="it-IT"/>
        </w:rPr>
        <w:t xml:space="preserve"> ] Altro _____________________</w:t>
      </w:r>
    </w:p>
    <w:p w14:paraId="2CB18BB9" w14:textId="77777777" w:rsidR="00C0097E" w:rsidRPr="001D7CBF" w:rsidRDefault="003F1CCD">
      <w:pPr>
        <w:pStyle w:val="Titolo1"/>
        <w:rPr>
          <w:lang w:val="it-IT"/>
        </w:rPr>
      </w:pPr>
      <w:r w:rsidRPr="001D7CBF">
        <w:rPr>
          <w:lang w:val="it-IT"/>
        </w:rPr>
        <w:t>9. Dichiarazione e firme</w:t>
      </w:r>
    </w:p>
    <w:p w14:paraId="324A06A8" w14:textId="77777777" w:rsidR="00C0097E" w:rsidRPr="001D7CBF" w:rsidRDefault="003F1CCD">
      <w:pPr>
        <w:rPr>
          <w:lang w:val="it-IT"/>
        </w:rPr>
      </w:pPr>
      <w:r w:rsidRPr="001D7CBF">
        <w:rPr>
          <w:lang w:val="it-IT"/>
        </w:rPr>
        <w:t>Il presente verbale documenta i fatti, le consegne e le dichiarazioni qui riportate. Non equivale, di per sé, a rinuncia a diritti, a transazione o a riconoscimento di debiti o danni non espressamente concordati. Gli eventuali accordi economici definitivi devono essere formulati in modo chiaro e specifico.</w:t>
      </w:r>
    </w:p>
    <w:p w14:paraId="5CEE3BB0" w14:textId="77777777" w:rsidR="00C0097E" w:rsidRPr="001D7CBF" w:rsidRDefault="003F1CCD">
      <w:pPr>
        <w:rPr>
          <w:lang w:val="it-IT"/>
        </w:rPr>
      </w:pPr>
      <w:r w:rsidRPr="001D7CBF">
        <w:rPr>
          <w:lang w:val="it-IT"/>
        </w:rPr>
        <w:t>Letto, confermato e sottoscritto in ________________________ il ___ / ___ / ______</w:t>
      </w:r>
    </w:p>
    <w:p w14:paraId="3A74B4EA" w14:textId="77777777" w:rsidR="00C0097E" w:rsidRPr="001D7CBF" w:rsidRDefault="003F1CCD">
      <w:pPr>
        <w:rPr>
          <w:lang w:val="it-IT"/>
        </w:rPr>
      </w:pPr>
      <w:r w:rsidRPr="001D7CBF">
        <w:rPr>
          <w:lang w:val="it-IT"/>
        </w:rPr>
        <w:t>Firma del locatore / incaricato _____________________________   Firma del conduttore ____________________________</w:t>
      </w:r>
    </w:p>
    <w:p w14:paraId="2A4D5704" w14:textId="77777777" w:rsidR="00C0097E" w:rsidRPr="001D7CBF" w:rsidRDefault="003F1CCD">
      <w:pPr>
        <w:rPr>
          <w:lang w:val="it-IT"/>
        </w:rPr>
      </w:pPr>
      <w:r w:rsidRPr="001D7CBF">
        <w:rPr>
          <w:lang w:val="it-IT"/>
        </w:rPr>
        <w:t>Eventuale presenza / rappresentanza di terzi: ______________________________________________________________</w:t>
      </w:r>
    </w:p>
    <w:p w14:paraId="740FFE68" w14:textId="77777777" w:rsidR="00C0097E" w:rsidRPr="001D7CBF" w:rsidRDefault="003F1CCD">
      <w:pPr>
        <w:rPr>
          <w:lang w:val="it-IT"/>
        </w:rPr>
      </w:pPr>
      <w:r w:rsidRPr="001D7CBF">
        <w:rPr>
          <w:sz w:val="16"/>
          <w:lang w:val="it-IT"/>
        </w:rPr>
        <w:t>NOTA BENE - Modello informativo per situazioni ordinarie. In caso di contestazioni, rilascio forzoso, più conduttori, danni rilevanti o accordi transattivi, richiedere assistenza professionale prima della firma.</w:t>
      </w:r>
    </w:p>
    <w:sectPr w:rsidR="00C0097E" w:rsidRPr="001D7CBF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950" w:right="1080" w:bottom="893" w:left="1080" w:header="432" w:footer="4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0EDFB" w14:textId="77777777" w:rsidR="002718D0" w:rsidRDefault="002718D0">
      <w:pPr>
        <w:spacing w:after="0" w:line="240" w:lineRule="auto"/>
      </w:pPr>
      <w:r>
        <w:separator/>
      </w:r>
    </w:p>
  </w:endnote>
  <w:endnote w:type="continuationSeparator" w:id="0">
    <w:p w14:paraId="139A01A6" w14:textId="77777777" w:rsidR="002718D0" w:rsidRDefault="00271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E039C" w14:textId="77777777" w:rsidR="001D7CBF" w:rsidRDefault="001D7CB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02E36" w14:textId="3E4AEE1C" w:rsidR="00C0097E" w:rsidRPr="001D7CBF" w:rsidRDefault="001D7CBF">
    <w:pPr>
      <w:pStyle w:val="Pidipagina"/>
      <w:jc w:val="center"/>
      <w:rPr>
        <w:lang w:val="it-IT"/>
      </w:rPr>
    </w:pPr>
    <w:r>
      <w:rPr>
        <w:noProof/>
        <w:color w:val="62696E"/>
        <w:sz w:val="15"/>
        <w:lang w:val="it-IT"/>
      </w:rPr>
      <w:drawing>
        <wp:inline distT="0" distB="0" distL="0" distR="0" wp14:anchorId="21BD816D" wp14:editId="17EDAC6E">
          <wp:extent cx="527050" cy="158403"/>
          <wp:effectExtent l="0" t="0" r="6350" b="0"/>
          <wp:docPr id="48367440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3674404" name="Immagine 48367440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6663" cy="1703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73D42">
      <w:rPr>
        <w:color w:val="62696E"/>
        <w:sz w:val="15"/>
        <w:lang w:val="it-IT"/>
      </w:rPr>
      <w:t xml:space="preserve">   </w:t>
    </w:r>
    <w:r w:rsidR="003F1CCD" w:rsidRPr="001D7CBF">
      <w:rPr>
        <w:color w:val="62696E"/>
        <w:sz w:val="15"/>
        <w:lang w:val="it-IT"/>
      </w:rPr>
      <w:t xml:space="preserve">Fac-simile informativo </w:t>
    </w:r>
    <w:r>
      <w:rPr>
        <w:color w:val="62696E"/>
        <w:sz w:val="15"/>
        <w:lang w:val="it-IT"/>
      </w:rPr>
      <w:t>da</w:t>
    </w:r>
    <w:r w:rsidR="003F1CCD" w:rsidRPr="001D7CBF">
      <w:rPr>
        <w:color w:val="62696E"/>
        <w:sz w:val="15"/>
        <w:lang w:val="it-IT"/>
      </w:rPr>
      <w:t xml:space="preserve"> </w:t>
    </w:r>
    <w:r>
      <w:rPr>
        <w:color w:val="62696E"/>
        <w:sz w:val="15"/>
        <w:lang w:val="it-IT"/>
      </w:rPr>
      <w:t xml:space="preserve">compilare e </w:t>
    </w:r>
    <w:r w:rsidR="003F1CCD" w:rsidRPr="001D7CBF">
      <w:rPr>
        <w:color w:val="62696E"/>
        <w:sz w:val="15"/>
        <w:lang w:val="it-IT"/>
      </w:rPr>
      <w:t>adattare al caso concreto   |   Edilnet.it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E5504" w14:textId="77777777" w:rsidR="001D7CBF" w:rsidRDefault="001D7CB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E473B" w14:textId="77777777" w:rsidR="002718D0" w:rsidRDefault="002718D0">
      <w:pPr>
        <w:spacing w:after="0" w:line="240" w:lineRule="auto"/>
      </w:pPr>
      <w:r>
        <w:separator/>
      </w:r>
    </w:p>
  </w:footnote>
  <w:footnote w:type="continuationSeparator" w:id="0">
    <w:p w14:paraId="1E7DF685" w14:textId="77777777" w:rsidR="002718D0" w:rsidRDefault="002718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37FF5" w14:textId="77777777" w:rsidR="001D7CBF" w:rsidRDefault="001D7CB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8DCE8" w14:textId="77777777" w:rsidR="001D7CBF" w:rsidRDefault="001D7CBF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0DA4C" w14:textId="77777777" w:rsidR="001D7CBF" w:rsidRDefault="001D7CB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2308368">
    <w:abstractNumId w:val="8"/>
  </w:num>
  <w:num w:numId="2" w16cid:durableId="344480610">
    <w:abstractNumId w:val="6"/>
  </w:num>
  <w:num w:numId="3" w16cid:durableId="1904827960">
    <w:abstractNumId w:val="5"/>
  </w:num>
  <w:num w:numId="4" w16cid:durableId="47387241">
    <w:abstractNumId w:val="4"/>
  </w:num>
  <w:num w:numId="5" w16cid:durableId="1538591572">
    <w:abstractNumId w:val="7"/>
  </w:num>
  <w:num w:numId="6" w16cid:durableId="1098789517">
    <w:abstractNumId w:val="3"/>
  </w:num>
  <w:num w:numId="7" w16cid:durableId="548301622">
    <w:abstractNumId w:val="2"/>
  </w:num>
  <w:num w:numId="8" w16cid:durableId="948703102">
    <w:abstractNumId w:val="1"/>
  </w:num>
  <w:num w:numId="9" w16cid:durableId="102766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2F0B"/>
    <w:rsid w:val="001D7CBF"/>
    <w:rsid w:val="002718D0"/>
    <w:rsid w:val="0029639D"/>
    <w:rsid w:val="00326F90"/>
    <w:rsid w:val="003F1CCD"/>
    <w:rsid w:val="00673D42"/>
    <w:rsid w:val="00811670"/>
    <w:rsid w:val="00AA1D8D"/>
    <w:rsid w:val="00B34BB8"/>
    <w:rsid w:val="00B47730"/>
    <w:rsid w:val="00C0097E"/>
    <w:rsid w:val="00CB0664"/>
    <w:rsid w:val="00D01BFD"/>
    <w:rsid w:val="00DA5B4D"/>
    <w:rsid w:val="00FC693F"/>
    <w:rsid w:val="00FF3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062061"/>
  <w14:defaultImageDpi w14:val="300"/>
  <w15:docId w15:val="{78A4E5D7-B3A6-4C76-962C-BC96DEAA5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60" w:line="269" w:lineRule="auto"/>
    </w:pPr>
    <w:rPr>
      <w:rFonts w:ascii="Aptos" w:hAnsi="Aptos"/>
      <w:color w:val="2D343C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/>
      <w:b/>
      <w:bCs/>
      <w:color w:val="20445C"/>
      <w:sz w:val="22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20445C"/>
      <w:sz w:val="19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/>
      <w:b/>
      <w:color w:val="20445C"/>
      <w:spacing w:val="5"/>
      <w:kern w:val="28"/>
      <w:sz w:val="34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1044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6982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di riconsegna immobile - fac-simile</dc:title>
  <dc:subject>Modello editabile per la riconsegna di un immobile abitativo al termine della locazione</dc:subject>
  <dc:creator>Edilnet</dc:creator>
  <cp:keywords/>
  <dc:description>generated by python-docx</dc:description>
  <cp:lastModifiedBy>Rebecca Bruni</cp:lastModifiedBy>
  <cp:revision>5</cp:revision>
  <dcterms:created xsi:type="dcterms:W3CDTF">2013-12-23T23:15:00Z</dcterms:created>
  <dcterms:modified xsi:type="dcterms:W3CDTF">2026-10-20T07:53:00Z</dcterms:modified>
  <cp:category/>
</cp:coreProperties>
</file>